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171417"/>
          <w:sz w:val="40"/>
        </w:rPr>
        <w:t>EXECUTIVE SUMMARY</w:t>
      </w:r>
    </w:p>
    <w:p>
      <w:pPr>
        <w:spacing w:after="120"/>
      </w:pPr>
      <w:r>
        <w:rPr>
          <w:b w:val="0"/>
          <w:i w:val="0"/>
          <w:color w:val="5C5870"/>
          <w:sz w:val="22"/>
        </w:rPr>
        <w:t>[Company name] · [Date] · Confidential</w:t>
      </w:r>
    </w:p>
    <w:p>
      <w:pPr>
        <w:spacing w:after="200"/>
      </w:pPr>
      <w:r>
        <w:rPr>
          <w:b w:val="0"/>
          <w:i/>
          <w:color w:val="5C5870"/>
          <w:sz w:val="18"/>
        </w:rPr>
        <w:t>Template by Waveup (waveup.com/blog/how-to-write-an-executive-summary). Replace everything in [brackets] and delete the grey hints. Keep it to one page: if a line doesn't help an investor decide, cut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One-liner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[Company] helps [who] [do what] by [how].</w:t>
            </w:r>
          </w:p>
          <w:p>
            <w:r>
              <w:rPr>
                <w:i/>
                <w:color w:val="5C5870"/>
                <w:sz w:val="17"/>
              </w:rPr>
              <w:t>One sentence a stranger understands. No jargon, no "revolutionary".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The problem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[Who] loses [time / money / customers] because [cause]. [One number that shows how big it is.]</w:t>
            </w:r>
          </w:p>
          <w:p>
            <w:r>
              <w:rPr>
                <w:i/>
                <w:color w:val="5C5870"/>
                <w:sz w:val="17"/>
              </w:rPr>
              <w:t>Name a real customer and a real cost.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Our solution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[What you built] lets them [result]. It is [10x faster / half the cost / the only way] because [reason].</w:t>
            </w:r>
          </w:p>
          <w:p>
            <w:r>
              <w:rPr>
                <w:i/>
                <w:color w:val="5C5870"/>
                <w:sz w:val="17"/>
              </w:rPr>
              <w:t>Describe the result for the customer, not the features.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Why now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[What changed: technology, regulation, behaviour, cost] makes this possible now.</w:t>
            </w:r>
          </w:p>
          <w:p>
            <w:r>
              <w:rPr>
                <w:i/>
                <w:color w:val="5C5870"/>
                <w:sz w:val="17"/>
              </w:rPr>
              <w:t>Investors ask this first. Answer it in one or two sentences.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Market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[Who you sell to first]: [number of customers] x [price] = $[size]. Wider market: $[size] ([source, year]).</w:t>
            </w:r>
          </w:p>
          <w:p>
            <w:r>
              <w:rPr>
                <w:i/>
                <w:color w:val="5C5870"/>
                <w:sz w:val="17"/>
              </w:rPr>
              <w:t>Bottom-up first, then the big number with its source.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Traction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[Revenue or users], [growth rate], [best customers or pilots], [one proof point].</w:t>
            </w:r>
          </w:p>
          <w:p>
            <w:r>
              <w:rPr>
                <w:i/>
                <w:color w:val="5C5870"/>
                <w:sz w:val="17"/>
              </w:rPr>
              <w:t>Numbers, with the date they are from.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Business model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We charge [price] per [unit]. Gross margin [__]%. A customer pays back in [__] months.</w:t>
            </w:r>
          </w:p>
          <w:p>
            <w:r>
              <w:rPr>
                <w:i/>
                <w:color w:val="5C5870"/>
                <w:sz w:val="17"/>
              </w:rPr>
              <w:t>Show you know your unit economics.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Competition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Customers use [alternatives] today. We win on [the one thing you do better].</w:t>
            </w:r>
          </w:p>
          <w:p>
            <w:r>
              <w:rPr>
                <w:i/>
                <w:color w:val="5C5870"/>
                <w:sz w:val="17"/>
              </w:rPr>
              <w:t>Never write "no competitors".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Team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[Name], CEO: [one fact that makes them credible]. [Name], CTO: [one fact].</w:t>
            </w:r>
          </w:p>
          <w:p>
            <w:r>
              <w:rPr>
                <w:i/>
                <w:color w:val="5C5870"/>
                <w:sz w:val="17"/>
              </w:rPr>
              <w:t>One line per founder. Past results beat job titles.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The ask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Raising $[amount] on a [SAFE / priced round] to reach [milestone] in [__] months. Use of funds: [__]% product, [__]% sales, [__]% hires.</w:t>
            </w:r>
          </w:p>
          <w:p>
            <w:r>
              <w:rPr>
                <w:i/>
                <w:color w:val="5C5870"/>
                <w:sz w:val="17"/>
              </w:rPr>
              <w:t>Amount, milestone, time. For a bank or grant: the amount and how you repay it.</w:t>
            </w:r>
          </w:p>
        </w:tc>
      </w:tr>
      <w:tr>
        <w:tc>
          <w:tcPr>
            <w:tcW w:type="dxa" w:w="2041"/>
            <w:shd w:val="clear" w:color="auto" w:fill="E2FB70"/>
          </w:tcPr>
          <w:p>
            <w:r>
              <w:rPr>
                <w:b/>
                <w:sz w:val="20"/>
              </w:rPr>
              <w:t>Contact</w:t>
            </w:r>
          </w:p>
        </w:tc>
        <w:tc>
          <w:tcPr>
            <w:tcW w:type="dxa" w:w="7597"/>
          </w:tcPr>
          <w:p>
            <w:pPr>
              <w:spacing w:after="20"/>
            </w:pPr>
            <w:r>
              <w:rPr>
                <w:sz w:val="21"/>
              </w:rPr>
              <w:t>[Name] · [email] · [phone] · [deck or data room link]</w:t>
            </w:r>
          </w:p>
        </w:tc>
      </w:tr>
    </w:tbl>
    <w:p>
      <w:pPr>
        <w:spacing w:after="80"/>
      </w:pPr>
    </w:p>
    <w:p>
      <w:pPr>
        <w:spacing w:after="0"/>
      </w:pPr>
      <w:r>
        <w:rPr>
          <w:b w:val="0"/>
          <w:i w:val="0"/>
          <w:color w:val="5C5870"/>
          <w:sz w:val="19"/>
        </w:rPr>
        <w:t>Key numbers (optional): [MRR or revenue] · [growth per month] · [customers] · [monthly burn] · [runway in months]</w:t>
      </w:r>
      <w:r>
        <w:br w:type="page"/>
      </w:r>
    </w:p>
    <w:p>
      <w:pPr>
        <w:spacing w:after="160"/>
      </w:pPr>
      <w:r>
        <w:rPr>
          <w:b/>
          <w:i w:val="0"/>
          <w:color w:val="171417"/>
          <w:sz w:val="32"/>
        </w:rPr>
        <w:t>BEFORE YOU SEND IT: 12 CHECKS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first sentence says what you do, for whom, in plain words.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A stranger can repeat your one-liner after one read.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Every claim has a number, and every number has a date or a source.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"Why now" is answered in one or two sentences.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Traction comes before the market size, if you have traction.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ask has an amount, a milestone and a time frame.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use of funds adds up to 100%.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The numbers match your pitch deck and financial model exactly.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No adjectives doing the work of numbers ("huge", "fast-growing", "unique").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It fits on one page (two at most for a long business plan).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Someone outside your company read it in two minutes and could explain it back.</w:t>
      </w:r>
    </w:p>
    <w:p>
      <w:pPr>
        <w:spacing w:after="100"/>
      </w:pPr>
      <w:r>
        <w:rPr>
          <w:b w:val="0"/>
          <w:i w:val="0"/>
          <w:color w:val="171417"/>
          <w:sz w:val="21"/>
        </w:rPr>
        <w:t>☐  Contact details and a link to the deck or data room are at the bottom.</w:t>
      </w:r>
    </w:p>
    <w:p>
      <w:pPr>
        <w:spacing w:after="160"/>
      </w:pPr>
    </w:p>
    <w:p>
      <w:pPr>
        <w:spacing w:after="120"/>
      </w:pPr>
      <w:r>
        <w:rPr>
          <w:b w:val="0"/>
          <w:i/>
          <w:color w:val="5C5870"/>
          <w:sz w:val="19"/>
        </w:rPr>
        <w:t>Writing a business plan for a bank, a grant or a partner? Keep the same order, and swap "The ask" for the financing you need and how you will repay it.</w:t>
      </w:r>
    </w:p>
    <w:p>
      <w:pPr>
        <w:spacing w:after="80"/>
      </w:pPr>
      <w:r>
        <w:rPr>
          <w:b/>
          <w:i w:val="0"/>
          <w:color w:val="7963E9"/>
          <w:sz w:val="19"/>
        </w:rPr>
        <w:t>Need a business plan investors read past page one? waveup.com/business-plan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714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